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7E0" w:rsidRDefault="00BA2936">
      <w:pPr>
        <w:spacing w:after="40"/>
        <w:jc w:val="center"/>
      </w:pPr>
      <w:r>
        <w:rPr>
          <w:b/>
          <w:sz w:val="28"/>
        </w:rPr>
        <w:t>SARDAR PATEL UNIVERSITY OF POLICE, SECURITY AND CRIMINAL JUSTICE</w:t>
      </w:r>
    </w:p>
    <w:p w:rsidR="001F27E0" w:rsidRDefault="00BA2936">
      <w:pPr>
        <w:spacing w:after="80"/>
        <w:jc w:val="center"/>
      </w:pPr>
      <w:r>
        <w:rPr>
          <w:b/>
          <w:sz w:val="26"/>
        </w:rPr>
        <w:t>(SPUP), JODHPUR, RAJASTHAN</w:t>
      </w:r>
    </w:p>
    <w:p w:rsidR="001F27E0" w:rsidRDefault="00BA2936">
      <w:pPr>
        <w:spacing w:after="40"/>
        <w:jc w:val="center"/>
      </w:pPr>
      <w:r>
        <w:rPr>
          <w:b/>
          <w:sz w:val="25"/>
          <w:u w:val="single"/>
        </w:rPr>
        <w:t>APPLICATION FORM FOR THE POST OF RESEARCH ASSISTANT</w:t>
      </w:r>
    </w:p>
    <w:p w:rsidR="001F27E0" w:rsidRDefault="00BA2936">
      <w:pPr>
        <w:spacing w:after="80"/>
        <w:jc w:val="center"/>
      </w:pPr>
      <w:r>
        <w:rPr>
          <w:b/>
          <w:sz w:val="22"/>
        </w:rPr>
        <w:t>ICSSR-SPONSORED MAJOR RESEARCH PROJECT</w:t>
      </w:r>
    </w:p>
    <w:p w:rsidR="001F27E0" w:rsidRDefault="00BA2936">
      <w:pPr>
        <w:spacing w:after="100"/>
        <w:jc w:val="center"/>
      </w:pPr>
      <w:r>
        <w:rPr>
          <w:b/>
          <w:i/>
        </w:rPr>
        <w:t>“Digital Deviance, Youth and Social Control in India’s Emerging Cybercrime Corridor: A Sociological Study of Cybercrime and Criminal Justice in Rajasthan and Haryana”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1F27E0" w:rsidTr="003E2107">
        <w:trPr>
          <w:trHeight w:val="2125"/>
          <w:jc w:val="center"/>
        </w:trPr>
        <w:tc>
          <w:tcPr>
            <w:tcW w:w="51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E2107" w:rsidRDefault="003E2107" w:rsidP="003E2107">
            <w:pPr>
              <w:rPr>
                <w:sz w:val="20"/>
              </w:rPr>
            </w:pPr>
            <w:r>
              <w:rPr>
                <w:sz w:val="20"/>
              </w:rPr>
              <w:t xml:space="preserve">FOR OFFICE USE ONLY: </w:t>
            </w:r>
          </w:p>
          <w:p w:rsidR="00E91400" w:rsidRDefault="00E91400" w:rsidP="003E2107">
            <w:pPr>
              <w:rPr>
                <w:sz w:val="20"/>
              </w:rPr>
            </w:pPr>
          </w:p>
          <w:p w:rsidR="003E2107" w:rsidRDefault="003E2107" w:rsidP="003E2107">
            <w:pPr>
              <w:rPr>
                <w:sz w:val="20"/>
              </w:rPr>
            </w:pPr>
            <w:r>
              <w:rPr>
                <w:sz w:val="20"/>
              </w:rPr>
              <w:t>Serial Number: _________</w:t>
            </w:r>
          </w:p>
          <w:p w:rsidR="00E91400" w:rsidRDefault="00E91400" w:rsidP="003E2107">
            <w:pPr>
              <w:rPr>
                <w:sz w:val="20"/>
              </w:rPr>
            </w:pPr>
          </w:p>
          <w:p w:rsidR="003E2107" w:rsidRDefault="003E2107" w:rsidP="003E2107">
            <w:pPr>
              <w:rPr>
                <w:sz w:val="20"/>
              </w:rPr>
            </w:pPr>
            <w:r>
              <w:rPr>
                <w:sz w:val="20"/>
              </w:rPr>
              <w:t xml:space="preserve">Eligible for Interview: YES/NO </w:t>
            </w:r>
          </w:p>
          <w:p w:rsidR="00E91400" w:rsidRDefault="00E91400" w:rsidP="003E2107">
            <w:pPr>
              <w:rPr>
                <w:sz w:val="20"/>
              </w:rPr>
            </w:pPr>
          </w:p>
          <w:p w:rsidR="003E2107" w:rsidRDefault="003E2107" w:rsidP="003E2107">
            <w:pPr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Checked the certificates: _________________ </w:t>
            </w:r>
          </w:p>
          <w:p w:rsidR="003E2107" w:rsidRDefault="003E2107" w:rsidP="00E91400"/>
        </w:tc>
        <w:tc>
          <w:tcPr>
            <w:tcW w:w="51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F27E0" w:rsidRDefault="00C16599">
            <w:pPr>
              <w:jc w:val="center"/>
            </w:pPr>
            <w:r>
              <w:rPr>
                <w:noProof/>
                <w:sz w:val="2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20320</wp:posOffset>
                      </wp:positionV>
                      <wp:extent cx="1212850" cy="1295400"/>
                      <wp:effectExtent l="0" t="0" r="25400" b="1905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1295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DE0AE4" id="Rounded Rectangle 1" o:spid="_x0000_s1026" style="position:absolute;margin-left:83.95pt;margin-top:1.6pt;width:95.5pt;height:10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" fillcolor="white [3201]" strokecolor="black [3200]" strokeweight="2pt"/>
                  </w:pict>
                </mc:Fallback>
              </mc:AlternateContent>
            </w:r>
            <w:r w:rsidR="00BA2936">
              <w:rPr>
                <w:sz w:val="20"/>
              </w:rPr>
              <w:br/>
            </w:r>
            <w:r w:rsidR="00BA2936" w:rsidRPr="00C16599">
              <w:rPr>
                <w:sz w:val="28"/>
              </w:rPr>
              <w:t>Paste Recent</w:t>
            </w:r>
            <w:r w:rsidR="00BA2936" w:rsidRPr="00C16599">
              <w:rPr>
                <w:sz w:val="28"/>
              </w:rPr>
              <w:br/>
              <w:t>Passport Size</w:t>
            </w:r>
            <w:r w:rsidR="00BA2936" w:rsidRPr="00C16599">
              <w:rPr>
                <w:sz w:val="28"/>
              </w:rPr>
              <w:br/>
              <w:t>Photograph</w:t>
            </w:r>
            <w:r w:rsidR="00BA2936">
              <w:rPr>
                <w:sz w:val="20"/>
              </w:rPr>
              <w:br/>
            </w:r>
          </w:p>
        </w:tc>
      </w:tr>
    </w:tbl>
    <w:p w:rsidR="001F27E0" w:rsidRDefault="00BA2936">
      <w:r>
        <w:rPr>
          <w:b/>
          <w:u w:val="single"/>
        </w:rPr>
        <w:t>1. Personal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6540"/>
      </w:tblGrid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Name of Applicant (in BLOCK letters)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Father's / Mother's Name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Date of Birth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Gender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trHeight w:val="874"/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Correspondence Address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Mobile Number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  <w:tr w:rsidR="001F27E0" w:rsidTr="003E2107">
        <w:trPr>
          <w:jc w:val="center"/>
        </w:trPr>
        <w:tc>
          <w:tcPr>
            <w:tcW w:w="3828" w:type="dxa"/>
            <w:shd w:val="clear" w:color="auto" w:fill="EAEAE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b/>
                <w:sz w:val="20"/>
              </w:rPr>
              <w:t>E-mail ID</w:t>
            </w:r>
          </w:p>
        </w:tc>
        <w:tc>
          <w:tcPr>
            <w:tcW w:w="6540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1F27E0"/>
        </w:tc>
      </w:tr>
    </w:tbl>
    <w:p w:rsidR="003E2107" w:rsidRDefault="003E2107">
      <w:pPr>
        <w:rPr>
          <w:b/>
          <w:u w:val="single"/>
        </w:rPr>
      </w:pPr>
    </w:p>
    <w:p w:rsidR="001F27E0" w:rsidRDefault="00BA2936">
      <w:r>
        <w:rPr>
          <w:b/>
          <w:u w:val="single"/>
        </w:rPr>
        <w:t>2. Educational Qualifications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0"/>
        <w:gridCol w:w="1643"/>
        <w:gridCol w:w="1647"/>
        <w:gridCol w:w="1600"/>
        <w:gridCol w:w="1653"/>
        <w:gridCol w:w="1621"/>
      </w:tblGrid>
      <w:tr w:rsidR="001F27E0">
        <w:trPr>
          <w:jc w:val="center"/>
        </w:trPr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Degree / Examination</w:t>
            </w:r>
          </w:p>
        </w:tc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Subject / Discipline</w:t>
            </w:r>
          </w:p>
        </w:tc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University</w:t>
            </w:r>
          </w:p>
        </w:tc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Year</w:t>
            </w:r>
          </w:p>
        </w:tc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Percentage / CGPA</w:t>
            </w:r>
          </w:p>
        </w:tc>
        <w:tc>
          <w:tcPr>
            <w:tcW w:w="1728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NET / SLET / M.Phil. / Ph.D.</w:t>
            </w:r>
          </w:p>
        </w:tc>
      </w:tr>
      <w:tr w:rsidR="001F27E0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3E2107" w:rsidP="003E2107">
            <w:pPr>
              <w:jc w:val="center"/>
            </w:pPr>
            <w:r>
              <w:rPr>
                <w:sz w:val="18"/>
              </w:rPr>
              <w:t>10</w:t>
            </w:r>
            <w:r w:rsidRPr="003E2107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>/Equivalent</w:t>
            </w:r>
            <w:r w:rsidR="00BA2936"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</w:tr>
      <w:tr w:rsidR="001F27E0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3E2107" w:rsidP="003E2107">
            <w:pPr>
              <w:jc w:val="center"/>
            </w:pPr>
            <w:r>
              <w:rPr>
                <w:sz w:val="18"/>
              </w:rPr>
              <w:t>12</w:t>
            </w:r>
            <w:r w:rsidRPr="003E2107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>/Equivalent</w:t>
            </w:r>
            <w:r w:rsidR="00BA2936"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</w:tr>
      <w:tr w:rsidR="001F27E0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 w:rsidP="003E2107">
            <w:pPr>
              <w:jc w:val="center"/>
            </w:pPr>
            <w:r>
              <w:rPr>
                <w:sz w:val="18"/>
              </w:rPr>
              <w:br/>
            </w:r>
            <w:r w:rsidR="003E2107">
              <w:t>Graduation</w:t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</w:tr>
      <w:tr w:rsidR="001F27E0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3E2107" w:rsidP="003E2107">
            <w:pPr>
              <w:jc w:val="center"/>
            </w:pPr>
            <w:r>
              <w:rPr>
                <w:sz w:val="18"/>
              </w:rPr>
              <w:t>Post-Graduation</w:t>
            </w:r>
            <w:r w:rsidR="00BA2936"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rPr>
                <w:sz w:val="18"/>
              </w:rPr>
              <w:br/>
            </w:r>
          </w:p>
        </w:tc>
      </w:tr>
      <w:tr w:rsidR="003E2107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3E21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NET/GATE/MPhil(Subject)</w:t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</w:tr>
      <w:tr w:rsidR="003E2107">
        <w:trPr>
          <w:jc w:val="center"/>
        </w:trPr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3E2107">
            <w:pPr>
              <w:jc w:val="center"/>
              <w:rPr>
                <w:sz w:val="18"/>
              </w:rPr>
            </w:pPr>
            <w:r>
              <w:rPr>
                <w:sz w:val="18"/>
              </w:rPr>
              <w:t>Any Other certificate/</w:t>
            </w:r>
            <w:proofErr w:type="spellStart"/>
            <w:r>
              <w:rPr>
                <w:sz w:val="18"/>
              </w:rPr>
              <w:t>Achivements</w:t>
            </w:r>
            <w:proofErr w:type="spellEnd"/>
            <w:r>
              <w:rPr>
                <w:sz w:val="18"/>
              </w:rPr>
              <w:t>/Awards etc.</w:t>
            </w: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  <w:tc>
          <w:tcPr>
            <w:tcW w:w="172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>
            <w:pPr>
              <w:rPr>
                <w:sz w:val="18"/>
              </w:rPr>
            </w:pPr>
          </w:p>
        </w:tc>
      </w:tr>
    </w:tbl>
    <w:p w:rsidR="003E2107" w:rsidRDefault="003E2107">
      <w:pPr>
        <w:rPr>
          <w:b/>
          <w:u w:val="single"/>
        </w:rPr>
      </w:pPr>
      <w:r>
        <w:rPr>
          <w:b/>
          <w:u w:val="single"/>
        </w:rPr>
        <w:t>*Attach Self-</w:t>
      </w:r>
      <w:proofErr w:type="gramStart"/>
      <w:r>
        <w:rPr>
          <w:b/>
          <w:u w:val="single"/>
        </w:rPr>
        <w:t>attested</w:t>
      </w:r>
      <w:proofErr w:type="gramEnd"/>
      <w:r>
        <w:rPr>
          <w:b/>
          <w:u w:val="single"/>
        </w:rPr>
        <w:t xml:space="preserve"> Photocopies of all certificates/awards from Class X onwards </w:t>
      </w:r>
    </w:p>
    <w:p w:rsidR="003E2107" w:rsidRDefault="003E2107">
      <w:pPr>
        <w:rPr>
          <w:b/>
          <w:u w:val="single"/>
        </w:rPr>
      </w:pPr>
    </w:p>
    <w:p w:rsidR="003E2107" w:rsidRDefault="003E2107">
      <w:pPr>
        <w:rPr>
          <w:b/>
          <w:u w:val="single"/>
        </w:rPr>
      </w:pPr>
    </w:p>
    <w:p w:rsidR="001F27E0" w:rsidRDefault="00BA2936">
      <w:r>
        <w:rPr>
          <w:b/>
          <w:u w:val="single"/>
        </w:rPr>
        <w:t>3. Research / Work Experience (if any)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1F27E0">
        <w:trPr>
          <w:jc w:val="center"/>
        </w:trPr>
        <w:tc>
          <w:tcPr>
            <w:tcW w:w="2592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Organization / Project</w:t>
            </w:r>
          </w:p>
        </w:tc>
        <w:tc>
          <w:tcPr>
            <w:tcW w:w="2592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Position / Nature of Work</w:t>
            </w:r>
          </w:p>
        </w:tc>
        <w:tc>
          <w:tcPr>
            <w:tcW w:w="2592" w:type="dxa"/>
            <w:shd w:val="clear" w:color="auto" w:fill="D9EAF7"/>
          </w:tcPr>
          <w:p w:rsidR="001F27E0" w:rsidRDefault="00BA2936">
            <w:pPr>
              <w:jc w:val="center"/>
            </w:pPr>
            <w:r>
              <w:rPr>
                <w:b/>
                <w:sz w:val="18"/>
              </w:rPr>
              <w:t>Duration</w:t>
            </w:r>
          </w:p>
        </w:tc>
        <w:tc>
          <w:tcPr>
            <w:tcW w:w="2592" w:type="dxa"/>
            <w:shd w:val="clear" w:color="auto" w:fill="D9EAF7"/>
          </w:tcPr>
          <w:p w:rsidR="001F27E0" w:rsidRDefault="003E2107">
            <w:pPr>
              <w:jc w:val="center"/>
            </w:pPr>
            <w:proofErr w:type="spellStart"/>
            <w:r>
              <w:rPr>
                <w:b/>
                <w:sz w:val="18"/>
              </w:rPr>
              <w:t>Responsibilites</w:t>
            </w:r>
            <w:proofErr w:type="spellEnd"/>
          </w:p>
        </w:tc>
      </w:tr>
      <w:tr w:rsidR="001F27E0">
        <w:trPr>
          <w:jc w:val="center"/>
        </w:trPr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</w:tr>
      <w:tr w:rsidR="001F27E0">
        <w:trPr>
          <w:jc w:val="center"/>
        </w:trPr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</w:tr>
      <w:tr w:rsidR="001F27E0">
        <w:trPr>
          <w:jc w:val="center"/>
        </w:trPr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  <w:tc>
          <w:tcPr>
            <w:tcW w:w="2592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1F27E0" w:rsidRDefault="00BA2936">
            <w:r>
              <w:br/>
            </w:r>
          </w:p>
        </w:tc>
      </w:tr>
    </w:tbl>
    <w:p w:rsidR="00C16599" w:rsidRDefault="00C16599">
      <w:pPr>
        <w:rPr>
          <w:b/>
          <w:u w:val="single"/>
        </w:rPr>
      </w:pPr>
    </w:p>
    <w:p w:rsidR="001F27E0" w:rsidRDefault="00BA2936">
      <w:pPr>
        <w:rPr>
          <w:b/>
          <w:u w:val="single"/>
        </w:rPr>
      </w:pPr>
      <w:r>
        <w:rPr>
          <w:b/>
          <w:u w:val="single"/>
        </w:rPr>
        <w:t>4. Researc</w:t>
      </w:r>
      <w:r w:rsidR="003E2107">
        <w:rPr>
          <w:b/>
          <w:u w:val="single"/>
        </w:rPr>
        <w:t>h Skills / Publications (attach separate sheet if required)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7"/>
        <w:gridCol w:w="2201"/>
        <w:gridCol w:w="2039"/>
        <w:gridCol w:w="2089"/>
        <w:gridCol w:w="1908"/>
      </w:tblGrid>
      <w:tr w:rsidR="003E2107" w:rsidTr="003E2107">
        <w:trPr>
          <w:trHeight w:val="576"/>
          <w:jc w:val="center"/>
        </w:trPr>
        <w:tc>
          <w:tcPr>
            <w:tcW w:w="2347" w:type="dxa"/>
            <w:shd w:val="clear" w:color="auto" w:fill="D9EAF7"/>
            <w:vAlign w:val="center"/>
          </w:tcPr>
          <w:p w:rsidR="003E2107" w:rsidRPr="003E2107" w:rsidRDefault="003E2107" w:rsidP="003E2107">
            <w:pPr>
              <w:jc w:val="center"/>
              <w:rPr>
                <w:sz w:val="22"/>
              </w:rPr>
            </w:pPr>
            <w:r w:rsidRPr="003E2107">
              <w:rPr>
                <w:b/>
                <w:sz w:val="22"/>
              </w:rPr>
              <w:t>Conference/Journal</w:t>
            </w:r>
          </w:p>
        </w:tc>
        <w:tc>
          <w:tcPr>
            <w:tcW w:w="2201" w:type="dxa"/>
            <w:shd w:val="clear" w:color="auto" w:fill="D9EAF7"/>
            <w:vAlign w:val="center"/>
          </w:tcPr>
          <w:p w:rsidR="003E2107" w:rsidRPr="003E2107" w:rsidRDefault="003E2107" w:rsidP="003E2107">
            <w:pPr>
              <w:jc w:val="center"/>
              <w:rPr>
                <w:sz w:val="22"/>
              </w:rPr>
            </w:pPr>
            <w:r w:rsidRPr="003E2107">
              <w:rPr>
                <w:b/>
                <w:sz w:val="22"/>
              </w:rPr>
              <w:t>National/ International</w:t>
            </w:r>
          </w:p>
        </w:tc>
        <w:tc>
          <w:tcPr>
            <w:tcW w:w="2039" w:type="dxa"/>
            <w:shd w:val="clear" w:color="auto" w:fill="D9EAF7"/>
            <w:vAlign w:val="center"/>
          </w:tcPr>
          <w:p w:rsidR="003E2107" w:rsidRPr="003E2107" w:rsidRDefault="003E2107" w:rsidP="003E2107">
            <w:pPr>
              <w:jc w:val="center"/>
              <w:rPr>
                <w:sz w:val="22"/>
              </w:rPr>
            </w:pPr>
            <w:r w:rsidRPr="003E2107">
              <w:rPr>
                <w:b/>
                <w:sz w:val="22"/>
              </w:rPr>
              <w:t>Title of Paper</w:t>
            </w:r>
          </w:p>
        </w:tc>
        <w:tc>
          <w:tcPr>
            <w:tcW w:w="2089" w:type="dxa"/>
            <w:shd w:val="clear" w:color="auto" w:fill="D9EAF7"/>
            <w:vAlign w:val="center"/>
          </w:tcPr>
          <w:p w:rsidR="003E2107" w:rsidRPr="003E2107" w:rsidRDefault="003E2107" w:rsidP="003E2107">
            <w:pPr>
              <w:jc w:val="center"/>
              <w:rPr>
                <w:sz w:val="22"/>
              </w:rPr>
            </w:pPr>
            <w:r w:rsidRPr="003E2107">
              <w:rPr>
                <w:b/>
                <w:sz w:val="22"/>
              </w:rPr>
              <w:t>Co-authors, if any</w:t>
            </w:r>
          </w:p>
        </w:tc>
        <w:tc>
          <w:tcPr>
            <w:tcW w:w="1908" w:type="dxa"/>
            <w:shd w:val="clear" w:color="auto" w:fill="D9EAF7"/>
            <w:vAlign w:val="center"/>
          </w:tcPr>
          <w:p w:rsidR="003E2107" w:rsidRPr="003E2107" w:rsidRDefault="003E2107" w:rsidP="003E2107">
            <w:pPr>
              <w:jc w:val="center"/>
              <w:rPr>
                <w:b/>
                <w:sz w:val="22"/>
              </w:rPr>
            </w:pPr>
            <w:r w:rsidRPr="003E2107">
              <w:rPr>
                <w:b/>
                <w:sz w:val="22"/>
              </w:rPr>
              <w:t>Year</w:t>
            </w:r>
          </w:p>
        </w:tc>
      </w:tr>
      <w:tr w:rsidR="003E2107" w:rsidTr="003E2107">
        <w:trPr>
          <w:jc w:val="center"/>
        </w:trPr>
        <w:tc>
          <w:tcPr>
            <w:tcW w:w="2347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201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3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8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1908" w:type="dxa"/>
          </w:tcPr>
          <w:p w:rsidR="003E2107" w:rsidRDefault="003E2107" w:rsidP="001B40A9"/>
        </w:tc>
      </w:tr>
      <w:tr w:rsidR="003E2107" w:rsidTr="003E2107">
        <w:trPr>
          <w:jc w:val="center"/>
        </w:trPr>
        <w:tc>
          <w:tcPr>
            <w:tcW w:w="2347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201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3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8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1908" w:type="dxa"/>
          </w:tcPr>
          <w:p w:rsidR="003E2107" w:rsidRDefault="003E2107" w:rsidP="001B40A9"/>
        </w:tc>
      </w:tr>
      <w:tr w:rsidR="003E2107" w:rsidTr="003E2107">
        <w:trPr>
          <w:jc w:val="center"/>
        </w:trPr>
        <w:tc>
          <w:tcPr>
            <w:tcW w:w="2347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201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3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2089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:rsidR="003E2107" w:rsidRDefault="003E2107" w:rsidP="001B40A9">
            <w:r>
              <w:br/>
            </w:r>
          </w:p>
        </w:tc>
        <w:tc>
          <w:tcPr>
            <w:tcW w:w="1908" w:type="dxa"/>
          </w:tcPr>
          <w:p w:rsidR="003E2107" w:rsidRDefault="003E2107" w:rsidP="001B40A9"/>
        </w:tc>
      </w:tr>
    </w:tbl>
    <w:p w:rsidR="003E2107" w:rsidRDefault="003E2107"/>
    <w:p w:rsidR="003E2107" w:rsidRDefault="003E2107">
      <w:r>
        <w:t>National (Nos) …………………………………….           International (Nos) ……………………………………</w:t>
      </w:r>
      <w:proofErr w:type="gramStart"/>
      <w:r>
        <w:t>…..</w:t>
      </w:r>
      <w:proofErr w:type="gramEnd"/>
    </w:p>
    <w:p w:rsidR="001F27E0" w:rsidRDefault="00BA2936">
      <w:pPr>
        <w:spacing w:after="20"/>
      </w:pPr>
      <w:r>
        <w:rPr>
          <w:b/>
          <w:sz w:val="20"/>
        </w:rPr>
        <w:t>Research methodology / quantitative / qualitative research experience:</w:t>
      </w:r>
    </w:p>
    <w:p w:rsidR="001F27E0" w:rsidRDefault="00BA2936">
      <w:pPr>
        <w:spacing w:after="20"/>
      </w:pPr>
      <w:r>
        <w:t>________________________________________________________________________________</w:t>
      </w:r>
    </w:p>
    <w:p w:rsidR="001F27E0" w:rsidRDefault="00BA2936">
      <w:pPr>
        <w:pBdr>
          <w:bottom w:val="single" w:sz="12" w:space="1" w:color="auto"/>
        </w:pBdr>
        <w:spacing w:after="20"/>
      </w:pPr>
      <w:r>
        <w:rPr>
          <w:b/>
          <w:sz w:val="20"/>
        </w:rPr>
        <w:t>Research publications, if any:</w:t>
      </w:r>
    </w:p>
    <w:p w:rsidR="003E2107" w:rsidRDefault="003E2107">
      <w:pPr>
        <w:spacing w:after="20"/>
      </w:pPr>
    </w:p>
    <w:p w:rsidR="003E2107" w:rsidRPr="00596FAA" w:rsidRDefault="003E2107">
      <w:pPr>
        <w:spacing w:after="20"/>
        <w:rPr>
          <w:b/>
          <w:u w:val="single"/>
        </w:rPr>
      </w:pPr>
      <w:r w:rsidRPr="00596FAA">
        <w:rPr>
          <w:b/>
          <w:u w:val="single"/>
        </w:rPr>
        <w:t xml:space="preserve">5. Workshop/Training programs attend (Attach separate sheet if required) </w:t>
      </w:r>
    </w:p>
    <w:p w:rsidR="003E2107" w:rsidRDefault="003E2107">
      <w:pPr>
        <w:spacing w:after="20"/>
      </w:pPr>
      <w:r>
        <w:t>………………………………………………………………………………………………………………………………….</w:t>
      </w:r>
    </w:p>
    <w:p w:rsidR="001F27E0" w:rsidRDefault="00596FAA">
      <w:r>
        <w:rPr>
          <w:b/>
          <w:u w:val="single"/>
        </w:rPr>
        <w:t>6</w:t>
      </w:r>
      <w:r w:rsidR="00BA2936">
        <w:rPr>
          <w:b/>
          <w:u w:val="single"/>
        </w:rPr>
        <w:t>. Documents Enclosed</w:t>
      </w:r>
    </w:p>
    <w:p w:rsidR="001F27E0" w:rsidRDefault="00BA2936">
      <w:pPr>
        <w:spacing w:after="0"/>
        <w:ind w:left="216"/>
      </w:pPr>
      <w:r>
        <w:rPr>
          <w:sz w:val="20"/>
        </w:rPr>
        <w:t>☐ Updated Curriculum Vitae</w:t>
      </w:r>
    </w:p>
    <w:p w:rsidR="001F27E0" w:rsidRDefault="00BA2936">
      <w:pPr>
        <w:spacing w:after="0"/>
        <w:ind w:left="216"/>
      </w:pPr>
      <w:r>
        <w:rPr>
          <w:sz w:val="20"/>
        </w:rPr>
        <w:t>☐ Self-attested copies of educational qualification certificates/marksheets</w:t>
      </w:r>
    </w:p>
    <w:p w:rsidR="001F27E0" w:rsidRDefault="00BA2936">
      <w:pPr>
        <w:spacing w:after="0"/>
        <w:ind w:left="216"/>
      </w:pPr>
      <w:r>
        <w:rPr>
          <w:sz w:val="20"/>
        </w:rPr>
        <w:t>☐ NET / SLET / M.Phil. / Ph.D. certificate, as applicable</w:t>
      </w:r>
    </w:p>
    <w:p w:rsidR="001F27E0" w:rsidRDefault="00BA2936">
      <w:pPr>
        <w:spacing w:after="0"/>
        <w:ind w:left="216"/>
      </w:pPr>
      <w:r>
        <w:rPr>
          <w:sz w:val="20"/>
        </w:rPr>
        <w:t>☐ Experience certificate(s), if any</w:t>
      </w:r>
    </w:p>
    <w:p w:rsidR="001F27E0" w:rsidRDefault="00BA2936">
      <w:pPr>
        <w:spacing w:after="0"/>
        <w:ind w:left="216"/>
      </w:pPr>
      <w:r>
        <w:rPr>
          <w:sz w:val="20"/>
        </w:rPr>
        <w:t>☐ Other relevant supporting documents, if any</w:t>
      </w:r>
    </w:p>
    <w:p w:rsidR="001F27E0" w:rsidRDefault="00596FAA">
      <w:r>
        <w:rPr>
          <w:b/>
          <w:u w:val="single"/>
        </w:rPr>
        <w:t>7</w:t>
      </w:r>
      <w:r w:rsidR="00BA2936">
        <w:rPr>
          <w:b/>
          <w:u w:val="single"/>
        </w:rPr>
        <w:t>. Declaration</w:t>
      </w:r>
    </w:p>
    <w:p w:rsidR="001F27E0" w:rsidRDefault="00BA2936">
      <w:pPr>
        <w:spacing w:after="60"/>
        <w:jc w:val="both"/>
        <w:rPr>
          <w:sz w:val="20"/>
        </w:rPr>
      </w:pPr>
      <w:r>
        <w:rPr>
          <w:sz w:val="20"/>
        </w:rPr>
        <w:t>I hereby declare that the information furnished above is true and correct to the best of my knowledge and belief. I understand that my candidature may be cancelled if any information is found to be false or incorrect.</w:t>
      </w:r>
    </w:p>
    <w:p w:rsidR="00596FAA" w:rsidRDefault="00596FAA">
      <w:pPr>
        <w:spacing w:after="60"/>
        <w:jc w:val="both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184"/>
      </w:tblGrid>
      <w:tr w:rsidR="001F27E0" w:rsidTr="00596FAA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sz w:val="20"/>
              </w:rPr>
              <w:t>Place: ____________________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sz w:val="20"/>
              </w:rPr>
              <w:t>Signature of Applicant: ____________________</w:t>
            </w:r>
          </w:p>
        </w:tc>
      </w:tr>
      <w:tr w:rsidR="001F27E0" w:rsidTr="00596FAA">
        <w:trPr>
          <w:jc w:val="center"/>
        </w:trPr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sz w:val="20"/>
              </w:rPr>
              <w:t>Date: _____________________</w:t>
            </w:r>
          </w:p>
        </w:tc>
        <w:tc>
          <w:tcPr>
            <w:tcW w:w="5184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1F27E0" w:rsidRDefault="00BA2936">
            <w:r>
              <w:rPr>
                <w:sz w:val="20"/>
              </w:rPr>
              <w:t>Name: __________________________________</w:t>
            </w:r>
          </w:p>
        </w:tc>
      </w:tr>
    </w:tbl>
    <w:p w:rsidR="00BA2936" w:rsidRDefault="00BA2936"/>
    <w:sectPr w:rsidR="00BA2936" w:rsidSect="00034616">
      <w:head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259" w:rsidRDefault="00AC7259" w:rsidP="00E91400">
      <w:pPr>
        <w:spacing w:after="0" w:line="240" w:lineRule="auto"/>
      </w:pPr>
      <w:r>
        <w:separator/>
      </w:r>
    </w:p>
  </w:endnote>
  <w:endnote w:type="continuationSeparator" w:id="0">
    <w:p w:rsidR="00AC7259" w:rsidRDefault="00AC7259" w:rsidP="00E9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259" w:rsidRDefault="00AC7259" w:rsidP="00E91400">
      <w:pPr>
        <w:spacing w:after="0" w:line="240" w:lineRule="auto"/>
      </w:pPr>
      <w:r>
        <w:separator/>
      </w:r>
    </w:p>
  </w:footnote>
  <w:footnote w:type="continuationSeparator" w:id="0">
    <w:p w:rsidR="00AC7259" w:rsidRDefault="00AC7259" w:rsidP="00E9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400" w:rsidRPr="00E91400" w:rsidRDefault="00E91400" w:rsidP="00E91400">
    <w:pPr>
      <w:rPr>
        <w:sz w:val="20"/>
      </w:rPr>
    </w:pPr>
    <w:r>
      <w:rPr>
        <w:sz w:val="20"/>
      </w:rPr>
      <w:t>Advertisement No.: SPUP/ICSSR/Project2026-</w:t>
    </w:r>
    <w:r>
      <w:rPr>
        <w:sz w:val="20"/>
      </w:rPr>
      <w:t>00489-9340498/23/</w:t>
    </w:r>
    <w:proofErr w:type="spellStart"/>
    <w:r>
      <w:rPr>
        <w:sz w:val="20"/>
      </w:rPr>
      <w:t>AdvtRA&amp;FI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F27E0"/>
    <w:rsid w:val="0029639D"/>
    <w:rsid w:val="00326F90"/>
    <w:rsid w:val="003E2107"/>
    <w:rsid w:val="00596FAA"/>
    <w:rsid w:val="00AA1D8D"/>
    <w:rsid w:val="00AC7259"/>
    <w:rsid w:val="00B47730"/>
    <w:rsid w:val="00BA2936"/>
    <w:rsid w:val="00C16599"/>
    <w:rsid w:val="00CB0664"/>
    <w:rsid w:val="00E914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069831"/>
  <w14:defaultImageDpi w14:val="300"/>
  <w15:docId w15:val="{DAEA1921-483D-4D9D-B08B-D6182736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2D4289-8D28-4DCB-BF81-AD21D3CF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Meenakshi Punia</dc:creator>
  <cp:keywords/>
  <dc:description>generated by python-docx</dc:description>
  <cp:lastModifiedBy>LENOVO</cp:lastModifiedBy>
  <cp:revision>2</cp:revision>
  <dcterms:created xsi:type="dcterms:W3CDTF">2026-08-11T11:30:00Z</dcterms:created>
  <dcterms:modified xsi:type="dcterms:W3CDTF">2026-08-11T11:30:00Z</dcterms:modified>
  <cp:category/>
</cp:coreProperties>
</file>